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B1497" w14:textId="4AD91D55" w:rsidR="00E01BFF" w:rsidRDefault="00000000" w:rsidP="00736B01">
      <w:pPr>
        <w:pStyle w:val="Heading1"/>
        <w:ind w:right="-291"/>
      </w:pPr>
      <w:r>
        <w:t>Vendor Empanelment Form</w:t>
      </w:r>
      <w:r w:rsidR="00736B01">
        <w:t xml:space="preserve"> Under The MSME Marketing Board, New Delhi</w:t>
      </w:r>
    </w:p>
    <w:p w14:paraId="2071C930" w14:textId="77777777" w:rsidR="00E01BFF" w:rsidRDefault="00000000">
      <w:r>
        <w:t>(To be filled by the Vendor/Supplier/Service Provider)</w:t>
      </w:r>
    </w:p>
    <w:p w14:paraId="483FF23B" w14:textId="77777777" w:rsidR="00E01BFF" w:rsidRDefault="00000000">
      <w:pPr>
        <w:pStyle w:val="Heading2"/>
      </w:pPr>
      <w:r>
        <w:t>Section A: Basic Details</w:t>
      </w:r>
    </w:p>
    <w:p w14:paraId="583C9953" w14:textId="77777777" w:rsidR="00E01BFF" w:rsidRDefault="00000000">
      <w:r>
        <w:t>1. Name of the Vendor / Firm / Company:</w:t>
      </w:r>
      <w:r>
        <w:br/>
        <w:t>___________________________________________</w:t>
      </w:r>
    </w:p>
    <w:p w14:paraId="27D2E177" w14:textId="77777777" w:rsidR="00E01BFF" w:rsidRDefault="00000000">
      <w:r>
        <w:t>2. Registered Office Address:</w:t>
      </w:r>
      <w:r>
        <w:br/>
        <w:t>___________________________________________</w:t>
      </w:r>
      <w:r>
        <w:br/>
        <w:t>___________________________________________</w:t>
      </w:r>
    </w:p>
    <w:p w14:paraId="602063AD" w14:textId="77777777" w:rsidR="00E01BFF" w:rsidRDefault="00000000">
      <w:r>
        <w:t>3. Corporate Office Address (if different):</w:t>
      </w:r>
      <w:r>
        <w:br/>
        <w:t>___________________________________________</w:t>
      </w:r>
    </w:p>
    <w:p w14:paraId="559CCEB2" w14:textId="77777777" w:rsidR="00E01BFF" w:rsidRDefault="00000000">
      <w:r>
        <w:t>4. Contact Person:</w:t>
      </w:r>
      <w:r>
        <w:br/>
        <w:t>Name: _________________________</w:t>
      </w:r>
      <w:r>
        <w:br/>
        <w:t>Designation: ___________________</w:t>
      </w:r>
      <w:r>
        <w:br/>
        <w:t>Phone: _________________________</w:t>
      </w:r>
      <w:r>
        <w:br/>
        <w:t>Email: __________________________</w:t>
      </w:r>
    </w:p>
    <w:p w14:paraId="7BB25D40" w14:textId="77777777" w:rsidR="00E01BFF" w:rsidRDefault="00000000">
      <w:r>
        <w:t>5. Type of Entity (Tick one):</w:t>
      </w:r>
      <w:r>
        <w:br/>
        <w:t>☐ Proprietorship  ☐ Partnership  ☐ Private Limited Company  ☐ Public Limited Company  ☐ LLP  ☐ Others: _______________________</w:t>
      </w:r>
    </w:p>
    <w:p w14:paraId="04B0513F" w14:textId="77777777" w:rsidR="00E01BFF" w:rsidRDefault="00000000">
      <w:r>
        <w:t>6. Year of Establishment: _______________________</w:t>
      </w:r>
    </w:p>
    <w:p w14:paraId="7B298E10" w14:textId="77777777" w:rsidR="00E01BFF" w:rsidRDefault="00000000">
      <w:pPr>
        <w:pStyle w:val="Heading2"/>
      </w:pPr>
      <w:r>
        <w:t>Section B: Statutory &amp; Compliance Details</w:t>
      </w:r>
    </w:p>
    <w:p w14:paraId="043BF427" w14:textId="77777777" w:rsidR="00E01BFF" w:rsidRDefault="00000000">
      <w:r>
        <w:t>1. PAN Number: ___________________________________</w:t>
      </w:r>
    </w:p>
    <w:p w14:paraId="0B1224DC" w14:textId="77777777" w:rsidR="00E01BFF" w:rsidRDefault="00000000">
      <w:r>
        <w:t>2. GSTIN: ________________________________________</w:t>
      </w:r>
    </w:p>
    <w:p w14:paraId="521CB13C" w14:textId="77777777" w:rsidR="00E01BFF" w:rsidRDefault="00000000">
      <w:r>
        <w:t>3. MSME Registration (Udyam/Udyog Aadhaar No.):</w:t>
      </w:r>
      <w:r>
        <w:br/>
        <w:t>_______________________________________________</w:t>
      </w:r>
      <w:r>
        <w:br/>
        <w:t>☐ Micro ☐ Small ☐ Medium</w:t>
      </w:r>
      <w:r>
        <w:br/>
        <w:t>(Attach copy of MSME Certificate)</w:t>
      </w:r>
    </w:p>
    <w:p w14:paraId="31C8362C" w14:textId="77777777" w:rsidR="00E01BFF" w:rsidRDefault="00000000">
      <w:r>
        <w:t>4. CIN (if applicable): ________________________________</w:t>
      </w:r>
    </w:p>
    <w:p w14:paraId="68D2F49F" w14:textId="77777777" w:rsidR="00E01BFF" w:rsidRDefault="00000000">
      <w:r>
        <w:t>5. ESI Registration No.: _______________________________</w:t>
      </w:r>
    </w:p>
    <w:p w14:paraId="7FFF7244" w14:textId="77777777" w:rsidR="00E01BFF" w:rsidRDefault="00000000">
      <w:r>
        <w:t>6. EPF Registration No.: ______________________________</w:t>
      </w:r>
    </w:p>
    <w:p w14:paraId="05CF9A3C" w14:textId="77777777" w:rsidR="00E01BFF" w:rsidRDefault="00000000">
      <w:r>
        <w:t>7. Trade License No. (if applicable): ____________________</w:t>
      </w:r>
    </w:p>
    <w:p w14:paraId="085CA945" w14:textId="77777777" w:rsidR="00E01BFF" w:rsidRDefault="00000000">
      <w:r>
        <w:lastRenderedPageBreak/>
        <w:t>8. Bank Account Details:</w:t>
      </w:r>
      <w:r>
        <w:br/>
        <w:t>- Account Holder Name: __________________________</w:t>
      </w:r>
      <w:r>
        <w:br/>
        <w:t>- Bank Name: ___________________________________</w:t>
      </w:r>
      <w:r>
        <w:br/>
        <w:t>- Branch &amp; Address: ______________________________</w:t>
      </w:r>
      <w:r>
        <w:br/>
        <w:t>- Account Number: _______________________________</w:t>
      </w:r>
      <w:r>
        <w:br/>
        <w:t>- IFSC Code: ____________________________________</w:t>
      </w:r>
    </w:p>
    <w:p w14:paraId="65D67BC1" w14:textId="77777777" w:rsidR="00E01BFF" w:rsidRDefault="00000000">
      <w:pPr>
        <w:pStyle w:val="Heading2"/>
      </w:pPr>
      <w:r>
        <w:t>Section C: Business Profile</w:t>
      </w:r>
    </w:p>
    <w:p w14:paraId="70568416" w14:textId="77777777" w:rsidR="00E01BFF" w:rsidRDefault="00000000">
      <w:r>
        <w:t>1. Nature of Products/Services Offered:</w:t>
      </w:r>
      <w:r>
        <w:br/>
        <w:t>___________________________________________</w:t>
      </w:r>
      <w:r>
        <w:br/>
        <w:t>___________________________________________</w:t>
      </w:r>
    </w:p>
    <w:p w14:paraId="42162C30" w14:textId="77777777" w:rsidR="00E01BFF" w:rsidRDefault="00000000">
      <w:r>
        <w:t>2. Years of Experience in the field: _____________________</w:t>
      </w:r>
    </w:p>
    <w:p w14:paraId="67AA125D" w14:textId="77777777" w:rsidR="00E01BFF" w:rsidRDefault="00000000">
      <w:r>
        <w:t>3. Major Clients (Past/Present):</w:t>
      </w:r>
      <w:r>
        <w:br/>
        <w:t>- ____________________________________</w:t>
      </w:r>
      <w:r>
        <w:br/>
        <w:t>- ____________________________________</w:t>
      </w:r>
      <w:r>
        <w:br/>
        <w:t>- ____________________________________</w:t>
      </w:r>
    </w:p>
    <w:p w14:paraId="028F6D54" w14:textId="77777777" w:rsidR="00E01BFF" w:rsidRDefault="00000000">
      <w:r>
        <w:t>4. Past Work with Government/PSUs (if any):</w:t>
      </w:r>
      <w:r>
        <w:br/>
        <w:t>☐ Yes ☐ No</w:t>
      </w:r>
      <w:r>
        <w:br/>
        <w:t>If Yes, specify: _________________________________</w:t>
      </w:r>
    </w:p>
    <w:p w14:paraId="5361E670" w14:textId="77777777" w:rsidR="00E01BFF" w:rsidRDefault="00000000">
      <w:pPr>
        <w:pStyle w:val="Heading2"/>
      </w:pPr>
      <w:r>
        <w:t>Section D: Attachments Checklist</w:t>
      </w:r>
    </w:p>
    <w:p w14:paraId="6DD235FF" w14:textId="77777777" w:rsidR="00E01BFF" w:rsidRDefault="00000000">
      <w:r>
        <w:t>Please attach self-attested copies of the following documents:</w:t>
      </w:r>
      <w:r>
        <w:br/>
      </w:r>
      <w:r>
        <w:br/>
        <w:t>- [ ] PAN Card</w:t>
      </w:r>
      <w:r>
        <w:br/>
        <w:t>- [ ] GST Certificate</w:t>
      </w:r>
      <w:r>
        <w:br/>
        <w:t>- [ ] MSME/Udyam Registration</w:t>
      </w:r>
      <w:r>
        <w:br/>
        <w:t>- [ ] Company Registration/Trade License</w:t>
      </w:r>
      <w:r>
        <w:br/>
        <w:t>- [ ] Cancelled Cheque</w:t>
      </w:r>
      <w:r>
        <w:br/>
        <w:t>- [ ] Last 3 Years’ ITR/Financials (optional or as required)</w:t>
      </w:r>
      <w:r>
        <w:br/>
        <w:t>- [ ] Product/Service Catalogue or Brochure (if any)</w:t>
      </w:r>
    </w:p>
    <w:p w14:paraId="346E6A47" w14:textId="77777777" w:rsidR="00E01BFF" w:rsidRDefault="00000000">
      <w:pPr>
        <w:pStyle w:val="Heading2"/>
      </w:pPr>
      <w:r>
        <w:t>Declaration</w:t>
      </w:r>
    </w:p>
    <w:p w14:paraId="0AEFFC57" w14:textId="77777777" w:rsidR="00E01BFF" w:rsidRDefault="00000000">
      <w:r>
        <w:t>I/We hereby declare that the information furnished above is true and correct to the best of my/our knowledge. I/We agree to abide by the terms and conditions set by the organization for vendor empanelment.</w:t>
      </w:r>
      <w:r>
        <w:br/>
      </w:r>
      <w:r>
        <w:br/>
        <w:t>Name: _______________________________</w:t>
      </w:r>
      <w:r>
        <w:br/>
        <w:t>Signature: ____________________________</w:t>
      </w:r>
      <w:r>
        <w:br/>
        <w:t>Designation: __________________________</w:t>
      </w:r>
      <w:r>
        <w:br/>
        <w:t>Date: ________________________________</w:t>
      </w:r>
      <w:r>
        <w:br/>
        <w:t>Seal of the Vendor/Firm: _______________</w:t>
      </w:r>
    </w:p>
    <w:sectPr w:rsidR="00E01BF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82320764">
    <w:abstractNumId w:val="8"/>
  </w:num>
  <w:num w:numId="2" w16cid:durableId="1358115975">
    <w:abstractNumId w:val="6"/>
  </w:num>
  <w:num w:numId="3" w16cid:durableId="589168972">
    <w:abstractNumId w:val="5"/>
  </w:num>
  <w:num w:numId="4" w16cid:durableId="343753131">
    <w:abstractNumId w:val="4"/>
  </w:num>
  <w:num w:numId="5" w16cid:durableId="1883207993">
    <w:abstractNumId w:val="7"/>
  </w:num>
  <w:num w:numId="6" w16cid:durableId="1939437765">
    <w:abstractNumId w:val="3"/>
  </w:num>
  <w:num w:numId="7" w16cid:durableId="154103734">
    <w:abstractNumId w:val="2"/>
  </w:num>
  <w:num w:numId="8" w16cid:durableId="1818261128">
    <w:abstractNumId w:val="1"/>
  </w:num>
  <w:num w:numId="9" w16cid:durableId="14212897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962C5"/>
    <w:rsid w:val="00736B01"/>
    <w:rsid w:val="008A586B"/>
    <w:rsid w:val="00AA1D8D"/>
    <w:rsid w:val="00B47730"/>
    <w:rsid w:val="00B87130"/>
    <w:rsid w:val="00CB0664"/>
    <w:rsid w:val="00E01BF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B92BB8"/>
  <w14:defaultImageDpi w14:val="300"/>
  <w15:docId w15:val="{268DB561-94E8-4153-BFE9-3792FB1DE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2822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Abhishek Ghosh</cp:lastModifiedBy>
  <cp:revision>3</cp:revision>
  <dcterms:created xsi:type="dcterms:W3CDTF">2025-06-15T06:52:00Z</dcterms:created>
  <dcterms:modified xsi:type="dcterms:W3CDTF">2025-06-20T08:40:00Z</dcterms:modified>
  <cp:category/>
</cp:coreProperties>
</file>